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FCB45" w14:textId="4280C5A9" w:rsidR="004B3A39" w:rsidRDefault="001855D1">
      <w:pPr>
        <w:jc w:val="center"/>
        <w:rPr>
          <w:b/>
          <w:sz w:val="34"/>
          <w:szCs w:val="34"/>
        </w:rPr>
      </w:pPr>
      <w:r w:rsidRPr="0007620F">
        <w:rPr>
          <w:b/>
          <w:sz w:val="34"/>
          <w:szCs w:val="34"/>
        </w:rPr>
        <w:t>GENÇLİK MERKEZİ MANEVİ DANIŞMAN AYLIK RAPORU</w:t>
      </w:r>
    </w:p>
    <w:p w14:paraId="612BB4A4" w14:textId="77777777" w:rsidR="0007620F" w:rsidRPr="0007620F" w:rsidRDefault="0007620F">
      <w:pPr>
        <w:jc w:val="center"/>
        <w:rPr>
          <w:b/>
          <w:sz w:val="34"/>
          <w:szCs w:val="34"/>
        </w:rPr>
      </w:pPr>
    </w:p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3407"/>
        <w:gridCol w:w="5185"/>
      </w:tblGrid>
      <w:tr w:rsidR="006055AE" w14:paraId="0F2F98B3" w14:textId="77777777" w:rsidTr="0007620F">
        <w:tc>
          <w:tcPr>
            <w:tcW w:w="3472" w:type="dxa"/>
          </w:tcPr>
          <w:p w14:paraId="73D180E3" w14:textId="58B317DA" w:rsidR="006055AE" w:rsidRPr="0007620F" w:rsidRDefault="008844E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07620F">
              <w:rPr>
                <w:b/>
                <w:sz w:val="26"/>
                <w:szCs w:val="26"/>
              </w:rPr>
              <w:t>Manevi</w:t>
            </w:r>
            <w:proofErr w:type="spellEnd"/>
            <w:r w:rsidRPr="0007620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7620F">
              <w:rPr>
                <w:b/>
                <w:sz w:val="26"/>
                <w:szCs w:val="26"/>
              </w:rPr>
              <w:t>Danışman</w:t>
            </w:r>
            <w:proofErr w:type="spellEnd"/>
          </w:p>
        </w:tc>
        <w:tc>
          <w:tcPr>
            <w:tcW w:w="5308" w:type="dxa"/>
          </w:tcPr>
          <w:p w14:paraId="474A79CD" w14:textId="67BA2C1B" w:rsidR="006055AE" w:rsidRPr="0007620F" w:rsidRDefault="00AC23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 SOYAD</w:t>
            </w:r>
          </w:p>
        </w:tc>
      </w:tr>
      <w:tr w:rsidR="006055AE" w14:paraId="07EA0F35" w14:textId="77777777" w:rsidTr="0007620F">
        <w:tc>
          <w:tcPr>
            <w:tcW w:w="3472" w:type="dxa"/>
          </w:tcPr>
          <w:p w14:paraId="3001BBBB" w14:textId="12C74ABA" w:rsidR="006055AE" w:rsidRPr="0007620F" w:rsidRDefault="008844E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07620F">
              <w:rPr>
                <w:b/>
                <w:sz w:val="26"/>
                <w:szCs w:val="26"/>
              </w:rPr>
              <w:t>Ait</w:t>
            </w:r>
            <w:proofErr w:type="spellEnd"/>
            <w:r w:rsidRPr="0007620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7620F">
              <w:rPr>
                <w:b/>
                <w:sz w:val="26"/>
                <w:szCs w:val="26"/>
              </w:rPr>
              <w:t>Olduğu</w:t>
            </w:r>
            <w:proofErr w:type="spellEnd"/>
            <w:r w:rsidRPr="0007620F">
              <w:rPr>
                <w:b/>
                <w:sz w:val="26"/>
                <w:szCs w:val="26"/>
              </w:rPr>
              <w:t xml:space="preserve"> Ay</w:t>
            </w:r>
          </w:p>
        </w:tc>
        <w:tc>
          <w:tcPr>
            <w:tcW w:w="5308" w:type="dxa"/>
          </w:tcPr>
          <w:p w14:paraId="4D8BD152" w14:textId="6C5D75B9" w:rsidR="006055AE" w:rsidRPr="0007620F" w:rsidRDefault="000762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Nisan</w:t>
            </w:r>
          </w:p>
        </w:tc>
      </w:tr>
      <w:tr w:rsidR="006055AE" w14:paraId="5CC662E4" w14:textId="77777777" w:rsidTr="0007620F">
        <w:tc>
          <w:tcPr>
            <w:tcW w:w="3472" w:type="dxa"/>
          </w:tcPr>
          <w:p w14:paraId="3956249E" w14:textId="34567DF3" w:rsidR="006055AE" w:rsidRPr="0007620F" w:rsidRDefault="008844E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07620F">
              <w:rPr>
                <w:b/>
                <w:sz w:val="26"/>
                <w:szCs w:val="26"/>
              </w:rPr>
              <w:t>Çalışma</w:t>
            </w:r>
            <w:proofErr w:type="spellEnd"/>
            <w:r w:rsidRPr="0007620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7620F">
              <w:rPr>
                <w:b/>
                <w:sz w:val="26"/>
                <w:szCs w:val="26"/>
              </w:rPr>
              <w:t>Günleri</w:t>
            </w:r>
            <w:proofErr w:type="spellEnd"/>
          </w:p>
        </w:tc>
        <w:tc>
          <w:tcPr>
            <w:tcW w:w="5308" w:type="dxa"/>
          </w:tcPr>
          <w:p w14:paraId="38C79C5D" w14:textId="6521CDE0" w:rsidR="006055AE" w:rsidRPr="0007620F" w:rsidRDefault="0007620F">
            <w:pPr>
              <w:jc w:val="center"/>
              <w:rPr>
                <w:sz w:val="26"/>
                <w:szCs w:val="26"/>
              </w:rPr>
            </w:pPr>
            <w:proofErr w:type="spellStart"/>
            <w:r w:rsidRPr="0007620F">
              <w:rPr>
                <w:sz w:val="26"/>
                <w:szCs w:val="26"/>
              </w:rPr>
              <w:t>Pazartesi-Salı-Çarşamba-Perşembe-Cuma</w:t>
            </w:r>
            <w:proofErr w:type="spellEnd"/>
          </w:p>
        </w:tc>
      </w:tr>
      <w:tr w:rsidR="006055AE" w14:paraId="6C4C3508" w14:textId="77777777" w:rsidTr="0007620F">
        <w:tc>
          <w:tcPr>
            <w:tcW w:w="3472" w:type="dxa"/>
          </w:tcPr>
          <w:p w14:paraId="41CCAD21" w14:textId="56740F88" w:rsidR="006055AE" w:rsidRPr="0007620F" w:rsidRDefault="008844E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07620F">
              <w:rPr>
                <w:b/>
                <w:sz w:val="26"/>
                <w:szCs w:val="26"/>
              </w:rPr>
              <w:t>Çalışma</w:t>
            </w:r>
            <w:proofErr w:type="spellEnd"/>
            <w:r w:rsidRPr="0007620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7620F">
              <w:rPr>
                <w:b/>
                <w:sz w:val="26"/>
                <w:szCs w:val="26"/>
              </w:rPr>
              <w:t>Saatleri</w:t>
            </w:r>
            <w:proofErr w:type="spellEnd"/>
          </w:p>
        </w:tc>
        <w:tc>
          <w:tcPr>
            <w:tcW w:w="5308" w:type="dxa"/>
          </w:tcPr>
          <w:p w14:paraId="641A9ED5" w14:textId="7751795F" w:rsidR="006055AE" w:rsidRPr="0007620F" w:rsidRDefault="00AC23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12:00-17</w:t>
            </w:r>
            <w:r w:rsidR="0007620F" w:rsidRPr="0007620F">
              <w:rPr>
                <w:sz w:val="26"/>
                <w:szCs w:val="26"/>
              </w:rPr>
              <w:t>:00</w:t>
            </w:r>
          </w:p>
        </w:tc>
      </w:tr>
    </w:tbl>
    <w:p w14:paraId="234A3C15" w14:textId="77777777" w:rsidR="00EA7F6A" w:rsidRPr="001855D1" w:rsidRDefault="00EA7F6A">
      <w:pPr>
        <w:jc w:val="center"/>
        <w:rPr>
          <w:sz w:val="26"/>
          <w:szCs w:val="26"/>
        </w:rPr>
      </w:pPr>
    </w:p>
    <w:tbl>
      <w:tblPr>
        <w:tblStyle w:val="TabloKlavuzu"/>
        <w:tblpPr w:leftFromText="141" w:rightFromText="141" w:vertAnchor="text" w:horzAnchor="margin" w:tblpXSpec="center" w:tblpY="180"/>
        <w:tblW w:w="11322" w:type="dxa"/>
        <w:tblLook w:val="04A0" w:firstRow="1" w:lastRow="0" w:firstColumn="1" w:lastColumn="0" w:noHBand="0" w:noVBand="1"/>
      </w:tblPr>
      <w:tblGrid>
        <w:gridCol w:w="1951"/>
        <w:gridCol w:w="3544"/>
        <w:gridCol w:w="5827"/>
      </w:tblGrid>
      <w:tr w:rsidR="001855D1" w14:paraId="56FD2C82" w14:textId="77777777" w:rsidTr="001855D1">
        <w:trPr>
          <w:trHeight w:val="860"/>
        </w:trPr>
        <w:tc>
          <w:tcPr>
            <w:tcW w:w="1951" w:type="dxa"/>
          </w:tcPr>
          <w:p w14:paraId="56104B4C" w14:textId="77777777" w:rsidR="001855D1" w:rsidRPr="001855D1" w:rsidRDefault="001855D1" w:rsidP="001855D1">
            <w:pPr>
              <w:spacing w:before="240"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1855D1">
              <w:rPr>
                <w:b/>
                <w:bCs/>
                <w:sz w:val="24"/>
                <w:szCs w:val="24"/>
              </w:rPr>
              <w:t>HİZMET ALANI</w:t>
            </w:r>
          </w:p>
        </w:tc>
        <w:tc>
          <w:tcPr>
            <w:tcW w:w="3544" w:type="dxa"/>
          </w:tcPr>
          <w:p w14:paraId="4A25781A" w14:textId="77777777" w:rsidR="001855D1" w:rsidRPr="001855D1" w:rsidRDefault="001855D1" w:rsidP="001855D1">
            <w:pPr>
              <w:spacing w:before="240"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1855D1">
              <w:rPr>
                <w:b/>
                <w:bCs/>
                <w:sz w:val="24"/>
                <w:szCs w:val="24"/>
              </w:rPr>
              <w:t>KONU</w:t>
            </w:r>
          </w:p>
        </w:tc>
        <w:tc>
          <w:tcPr>
            <w:tcW w:w="5827" w:type="dxa"/>
          </w:tcPr>
          <w:p w14:paraId="1A7D60F4" w14:textId="77777777" w:rsidR="001855D1" w:rsidRPr="001855D1" w:rsidRDefault="001855D1" w:rsidP="001855D1">
            <w:pPr>
              <w:spacing w:before="240"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1855D1">
              <w:rPr>
                <w:b/>
                <w:bCs/>
                <w:sz w:val="24"/>
                <w:szCs w:val="24"/>
              </w:rPr>
              <w:t>BİLGİ</w:t>
            </w:r>
          </w:p>
        </w:tc>
      </w:tr>
      <w:tr w:rsidR="001855D1" w14:paraId="365DB987" w14:textId="77777777" w:rsidTr="001855D1">
        <w:trPr>
          <w:trHeight w:val="802"/>
        </w:trPr>
        <w:tc>
          <w:tcPr>
            <w:tcW w:w="1951" w:type="dxa"/>
            <w:vMerge w:val="restart"/>
          </w:tcPr>
          <w:p w14:paraId="07A23FEB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623D3839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3EEDED14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2D358E77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49A15616" w14:textId="48ACEE0F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  <w:r w:rsidRPr="00EA7F6A">
              <w:rPr>
                <w:b/>
                <w:bCs/>
              </w:rPr>
              <w:t>Din Hizmetleri</w:t>
            </w:r>
          </w:p>
          <w:p w14:paraId="4D70622F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6B7376E5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47A51684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235DB260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  <w:p w14:paraId="1616A4DB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7DBF13F0" w14:textId="713DF5E5" w:rsidR="001855D1" w:rsidRDefault="001855D1" w:rsidP="00EA7F6A">
            <w:pPr>
              <w:spacing w:before="240"/>
            </w:pP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İbadet</w:t>
            </w:r>
            <w:proofErr w:type="spellEnd"/>
          </w:p>
        </w:tc>
        <w:tc>
          <w:tcPr>
            <w:tcW w:w="5827" w:type="dxa"/>
          </w:tcPr>
          <w:p w14:paraId="266CC8BD" w14:textId="24252670" w:rsidR="001855D1" w:rsidRDefault="00AC2363" w:rsidP="00AC2363">
            <w:pPr>
              <w:pStyle w:val="ListeParagraf"/>
              <w:numPr>
                <w:ilvl w:val="0"/>
                <w:numId w:val="11"/>
              </w:numPr>
              <w:spacing w:before="240"/>
            </w:pPr>
            <w:r>
              <w:t>PROJE BİLGİLERİNİ MADDE OLARAK YAZABİLİRSİNİZ</w:t>
            </w:r>
          </w:p>
        </w:tc>
      </w:tr>
      <w:tr w:rsidR="001855D1" w14:paraId="413F6E5C" w14:textId="77777777" w:rsidTr="001855D1">
        <w:trPr>
          <w:trHeight w:val="226"/>
        </w:trPr>
        <w:tc>
          <w:tcPr>
            <w:tcW w:w="1951" w:type="dxa"/>
            <w:vMerge/>
          </w:tcPr>
          <w:p w14:paraId="44A332BB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43DDFCBC" w14:textId="026C4552" w:rsidR="001855D1" w:rsidRDefault="001855D1" w:rsidP="00EA7F6A">
            <w:pPr>
              <w:spacing w:before="240"/>
            </w:pPr>
            <w:proofErr w:type="spellStart"/>
            <w:r>
              <w:t>Yardım</w:t>
            </w:r>
            <w:proofErr w:type="spellEnd"/>
            <w:r>
              <w:t xml:space="preserve"> </w:t>
            </w:r>
            <w:proofErr w:type="spellStart"/>
            <w:r>
              <w:t>Faaliyetleri</w:t>
            </w:r>
            <w:proofErr w:type="spellEnd"/>
          </w:p>
        </w:tc>
        <w:tc>
          <w:tcPr>
            <w:tcW w:w="5827" w:type="dxa"/>
          </w:tcPr>
          <w:p w14:paraId="3635991B" w14:textId="5CA9BE04" w:rsidR="001855D1" w:rsidRDefault="00AC2363" w:rsidP="00AC2363">
            <w:pPr>
              <w:pStyle w:val="ListeParagraf"/>
              <w:numPr>
                <w:ilvl w:val="0"/>
                <w:numId w:val="16"/>
              </w:numPr>
              <w:spacing w:before="240"/>
            </w:pPr>
            <w:r>
              <w:t>PROJE BİLGİLERİNİ MADDE OLARAK YAZABİLİRSİNİZ</w:t>
            </w:r>
          </w:p>
        </w:tc>
      </w:tr>
      <w:tr w:rsidR="001855D1" w14:paraId="4D2211CC" w14:textId="77777777" w:rsidTr="001855D1">
        <w:trPr>
          <w:trHeight w:val="226"/>
        </w:trPr>
        <w:tc>
          <w:tcPr>
            <w:tcW w:w="1951" w:type="dxa"/>
            <w:vMerge/>
          </w:tcPr>
          <w:p w14:paraId="3E0E9984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51244421" w14:textId="77777777" w:rsidR="001855D1" w:rsidRDefault="001855D1" w:rsidP="00EA7F6A">
            <w:pPr>
              <w:spacing w:before="240"/>
            </w:pPr>
            <w:r>
              <w:t>Faaliyetler</w:t>
            </w:r>
          </w:p>
        </w:tc>
        <w:tc>
          <w:tcPr>
            <w:tcW w:w="5827" w:type="dxa"/>
          </w:tcPr>
          <w:p w14:paraId="352921E9" w14:textId="19C40647" w:rsidR="00353F4E" w:rsidRDefault="00AC2363" w:rsidP="00AC2363">
            <w:pPr>
              <w:pStyle w:val="ListeParagraf"/>
              <w:numPr>
                <w:ilvl w:val="0"/>
                <w:numId w:val="16"/>
              </w:numPr>
              <w:spacing w:before="240"/>
            </w:pPr>
            <w:r>
              <w:t>PROJE BİLGİLERİNİ MADDE OLARAK YAZABİLİRSİNİZ</w:t>
            </w:r>
          </w:p>
          <w:p w14:paraId="77568465" w14:textId="511B2104" w:rsidR="0007620F" w:rsidRDefault="0007620F" w:rsidP="0007620F">
            <w:pPr>
              <w:spacing w:before="240"/>
            </w:pPr>
          </w:p>
        </w:tc>
      </w:tr>
      <w:tr w:rsidR="001855D1" w14:paraId="36CC051E" w14:textId="77777777" w:rsidTr="00AC2363">
        <w:trPr>
          <w:trHeight w:val="1813"/>
        </w:trPr>
        <w:tc>
          <w:tcPr>
            <w:tcW w:w="1951" w:type="dxa"/>
            <w:vMerge/>
          </w:tcPr>
          <w:p w14:paraId="4ED864BD" w14:textId="77777777" w:rsidR="001855D1" w:rsidRPr="00EA7F6A" w:rsidRDefault="001855D1" w:rsidP="00EA7F6A">
            <w:pPr>
              <w:spacing w:before="240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5E9D8D03" w14:textId="77777777" w:rsidR="001855D1" w:rsidRDefault="001855D1" w:rsidP="00EA7F6A">
            <w:pPr>
              <w:spacing w:before="240"/>
            </w:pPr>
            <w:r>
              <w:t>Sosyal faaliyetler</w:t>
            </w:r>
          </w:p>
        </w:tc>
        <w:tc>
          <w:tcPr>
            <w:tcW w:w="5827" w:type="dxa"/>
          </w:tcPr>
          <w:p w14:paraId="5D378A93" w14:textId="00BBE336" w:rsidR="000C111A" w:rsidRDefault="00AC2363" w:rsidP="00AC2363">
            <w:pPr>
              <w:pStyle w:val="ListeParagraf"/>
              <w:numPr>
                <w:ilvl w:val="0"/>
                <w:numId w:val="15"/>
              </w:numPr>
              <w:spacing w:before="240"/>
            </w:pPr>
            <w:r>
              <w:t>PROJE BİLGİLE</w:t>
            </w:r>
            <w:r>
              <w:t>RİNİ MADDE OLARAK YAZABİLİRSİNİ</w:t>
            </w:r>
          </w:p>
        </w:tc>
      </w:tr>
      <w:tr w:rsidR="001855D1" w14:paraId="649E7D3C" w14:textId="77777777" w:rsidTr="001855D1">
        <w:trPr>
          <w:trHeight w:val="401"/>
        </w:trPr>
        <w:tc>
          <w:tcPr>
            <w:tcW w:w="1951" w:type="dxa"/>
            <w:vMerge w:val="restart"/>
          </w:tcPr>
          <w:p w14:paraId="4BED0FF6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  <w:proofErr w:type="spellStart"/>
            <w:r w:rsidRPr="00EA7F6A">
              <w:rPr>
                <w:b/>
                <w:bCs/>
              </w:rPr>
              <w:t>Eğitim</w:t>
            </w:r>
            <w:proofErr w:type="spellEnd"/>
            <w:r w:rsidRPr="00EA7F6A">
              <w:rPr>
                <w:b/>
                <w:bCs/>
              </w:rPr>
              <w:t xml:space="preserve"> </w:t>
            </w:r>
            <w:proofErr w:type="spellStart"/>
            <w:r w:rsidRPr="00EA7F6A">
              <w:rPr>
                <w:b/>
                <w:bCs/>
              </w:rPr>
              <w:t>Hizmetleri</w:t>
            </w:r>
            <w:proofErr w:type="spellEnd"/>
          </w:p>
          <w:p w14:paraId="608A35D2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</w:p>
          <w:p w14:paraId="313F90E2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6EA5EE8A" w14:textId="2670229C" w:rsidR="001855D1" w:rsidRDefault="00115490" w:rsidP="00EA7F6A">
            <w:proofErr w:type="spellStart"/>
            <w:r>
              <w:t>Saygı</w:t>
            </w:r>
            <w:proofErr w:type="spellEnd"/>
            <w:r>
              <w:t xml:space="preserve"> </w:t>
            </w:r>
            <w:proofErr w:type="spellStart"/>
            <w:r>
              <w:t>Eğitimi</w:t>
            </w:r>
            <w:proofErr w:type="spellEnd"/>
          </w:p>
        </w:tc>
        <w:tc>
          <w:tcPr>
            <w:tcW w:w="5827" w:type="dxa"/>
          </w:tcPr>
          <w:p w14:paraId="6EBD0610" w14:textId="57E208FF" w:rsidR="001855D1" w:rsidRDefault="00AC2363" w:rsidP="00AC2363">
            <w:pPr>
              <w:pStyle w:val="ListeParagraf"/>
              <w:numPr>
                <w:ilvl w:val="0"/>
                <w:numId w:val="17"/>
              </w:numPr>
              <w:spacing w:before="240"/>
            </w:pPr>
            <w:r>
              <w:t>PROJE BİLGİLERİNİ MADDE OLARAK YAZABİLİRSİNİZ</w:t>
            </w:r>
          </w:p>
        </w:tc>
      </w:tr>
      <w:tr w:rsidR="001855D1" w14:paraId="1A255212" w14:textId="77777777" w:rsidTr="001855D1">
        <w:trPr>
          <w:trHeight w:val="226"/>
        </w:trPr>
        <w:tc>
          <w:tcPr>
            <w:tcW w:w="1951" w:type="dxa"/>
            <w:vMerge/>
          </w:tcPr>
          <w:p w14:paraId="2F375684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78FED91F" w14:textId="692B9E56" w:rsidR="001855D1" w:rsidRDefault="00115490" w:rsidP="00EA7F6A">
            <w:proofErr w:type="spellStart"/>
            <w:r>
              <w:t>Merhamet</w:t>
            </w:r>
            <w:proofErr w:type="spellEnd"/>
            <w:r>
              <w:t xml:space="preserve"> </w:t>
            </w:r>
            <w:proofErr w:type="spellStart"/>
            <w:r>
              <w:t>Eğitimi</w:t>
            </w:r>
            <w:proofErr w:type="spellEnd"/>
          </w:p>
        </w:tc>
        <w:tc>
          <w:tcPr>
            <w:tcW w:w="5827" w:type="dxa"/>
          </w:tcPr>
          <w:p w14:paraId="63DC6BED" w14:textId="704DB2D2" w:rsidR="001855D1" w:rsidRDefault="00AC2363" w:rsidP="00AC2363">
            <w:pPr>
              <w:pStyle w:val="ListeParagraf"/>
              <w:numPr>
                <w:ilvl w:val="0"/>
                <w:numId w:val="18"/>
              </w:numPr>
              <w:spacing w:before="240"/>
            </w:pPr>
            <w:r>
              <w:t>PROJE BİLGİLERİNİ MADDE OLARAK YAZABİLİRSİNİZ</w:t>
            </w:r>
          </w:p>
        </w:tc>
      </w:tr>
      <w:tr w:rsidR="001855D1" w14:paraId="576CDCD7" w14:textId="77777777" w:rsidTr="001855D1">
        <w:trPr>
          <w:trHeight w:val="226"/>
        </w:trPr>
        <w:tc>
          <w:tcPr>
            <w:tcW w:w="1951" w:type="dxa"/>
            <w:vMerge/>
          </w:tcPr>
          <w:p w14:paraId="24CA3064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7BAF3A7A" w14:textId="2DBA55E1" w:rsidR="001855D1" w:rsidRDefault="000C111A" w:rsidP="00EA7F6A">
            <w:r>
              <w:t xml:space="preserve">Dini </w:t>
            </w:r>
            <w:proofErr w:type="spellStart"/>
            <w:r>
              <w:t>Eğitim</w:t>
            </w:r>
            <w:proofErr w:type="spellEnd"/>
          </w:p>
        </w:tc>
        <w:tc>
          <w:tcPr>
            <w:tcW w:w="5827" w:type="dxa"/>
          </w:tcPr>
          <w:p w14:paraId="0C634579" w14:textId="7F2979D3" w:rsidR="000C111A" w:rsidRDefault="00AC2363" w:rsidP="00AC2363">
            <w:pPr>
              <w:pStyle w:val="ListeParagraf"/>
              <w:numPr>
                <w:ilvl w:val="0"/>
                <w:numId w:val="12"/>
              </w:numPr>
              <w:spacing w:before="240"/>
            </w:pPr>
            <w:r>
              <w:t>PROJE BİLGİLERİNİ MADDE OLARAK YAZABİLİRSİNİZ</w:t>
            </w:r>
          </w:p>
        </w:tc>
      </w:tr>
      <w:tr w:rsidR="001855D1" w14:paraId="61B759BD" w14:textId="77777777" w:rsidTr="001855D1">
        <w:trPr>
          <w:trHeight w:val="459"/>
        </w:trPr>
        <w:tc>
          <w:tcPr>
            <w:tcW w:w="1951" w:type="dxa"/>
          </w:tcPr>
          <w:p w14:paraId="0661128E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  <w:proofErr w:type="spellStart"/>
            <w:r w:rsidRPr="00EA7F6A">
              <w:rPr>
                <w:b/>
                <w:bCs/>
              </w:rPr>
              <w:t>Yayın</w:t>
            </w:r>
            <w:proofErr w:type="spellEnd"/>
            <w:r w:rsidRPr="00EA7F6A">
              <w:rPr>
                <w:b/>
                <w:bCs/>
              </w:rPr>
              <w:t xml:space="preserve"> </w:t>
            </w:r>
            <w:proofErr w:type="spellStart"/>
            <w:r w:rsidRPr="00EA7F6A">
              <w:rPr>
                <w:b/>
                <w:bCs/>
              </w:rPr>
              <w:t>Hizmetleri</w:t>
            </w:r>
            <w:proofErr w:type="spellEnd"/>
          </w:p>
          <w:p w14:paraId="55117B05" w14:textId="77777777" w:rsidR="001855D1" w:rsidRPr="00EA7F6A" w:rsidRDefault="001855D1" w:rsidP="00EA7F6A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14:paraId="1AA959D1" w14:textId="12100645" w:rsidR="001855D1" w:rsidRDefault="00EA7F6A" w:rsidP="00EA7F6A">
            <w:proofErr w:type="spellStart"/>
            <w:r>
              <w:t>Kazandırılan</w:t>
            </w:r>
            <w:proofErr w:type="spellEnd"/>
            <w:r>
              <w:t xml:space="preserve"> </w:t>
            </w:r>
            <w:proofErr w:type="spellStart"/>
            <w:r>
              <w:t>Yayınlar</w:t>
            </w:r>
            <w:proofErr w:type="spellEnd"/>
          </w:p>
        </w:tc>
        <w:tc>
          <w:tcPr>
            <w:tcW w:w="5827" w:type="dxa"/>
          </w:tcPr>
          <w:p w14:paraId="6DE76916" w14:textId="2BBBD684" w:rsidR="001855D1" w:rsidRDefault="00AC2363" w:rsidP="00AC2363">
            <w:pPr>
              <w:pStyle w:val="ListeParagraf"/>
              <w:numPr>
                <w:ilvl w:val="0"/>
                <w:numId w:val="19"/>
              </w:numPr>
              <w:spacing w:before="240"/>
            </w:pPr>
            <w:r>
              <w:t>PROJE BİLGİLERİNİ MADDE OLARAK YAZABİLİRSİNİZ</w:t>
            </w:r>
          </w:p>
        </w:tc>
      </w:tr>
    </w:tbl>
    <w:p w14:paraId="0CB5B985" w14:textId="77908C84" w:rsidR="00A3435F" w:rsidRDefault="00A3435F">
      <w:bookmarkStart w:id="0" w:name="_GoBack"/>
      <w:bookmarkEnd w:id="0"/>
    </w:p>
    <w:sectPr w:rsidR="00A343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0272A5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91C13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D6334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96F76"/>
    <w:multiLevelType w:val="hybridMultilevel"/>
    <w:tmpl w:val="27E85B24"/>
    <w:lvl w:ilvl="0" w:tplc="BDE219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64E5C"/>
    <w:multiLevelType w:val="hybridMultilevel"/>
    <w:tmpl w:val="D56636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64194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C4439"/>
    <w:multiLevelType w:val="hybridMultilevel"/>
    <w:tmpl w:val="21FE65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C3D77"/>
    <w:multiLevelType w:val="hybridMultilevel"/>
    <w:tmpl w:val="13145F1E"/>
    <w:lvl w:ilvl="0" w:tplc="7FCC203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22BF3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7643F"/>
    <w:multiLevelType w:val="hybridMultilevel"/>
    <w:tmpl w:val="A15CD42A"/>
    <w:lvl w:ilvl="0" w:tplc="58A05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4"/>
  </w:num>
  <w:num w:numId="12">
    <w:abstractNumId w:val="15"/>
  </w:num>
  <w:num w:numId="13">
    <w:abstractNumId w:val="13"/>
  </w:num>
  <w:num w:numId="14">
    <w:abstractNumId w:val="12"/>
  </w:num>
  <w:num w:numId="15">
    <w:abstractNumId w:val="10"/>
  </w:num>
  <w:num w:numId="16">
    <w:abstractNumId w:val="18"/>
  </w:num>
  <w:num w:numId="17">
    <w:abstractNumId w:val="11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620F"/>
    <w:rsid w:val="000C111A"/>
    <w:rsid w:val="00115490"/>
    <w:rsid w:val="0015074B"/>
    <w:rsid w:val="001855D1"/>
    <w:rsid w:val="0029639D"/>
    <w:rsid w:val="00326F90"/>
    <w:rsid w:val="00353F4E"/>
    <w:rsid w:val="004B3A39"/>
    <w:rsid w:val="006055AE"/>
    <w:rsid w:val="008844ED"/>
    <w:rsid w:val="009436AD"/>
    <w:rsid w:val="00A3435F"/>
    <w:rsid w:val="00AA1D8D"/>
    <w:rsid w:val="00AC2363"/>
    <w:rsid w:val="00B47730"/>
    <w:rsid w:val="00CB0664"/>
    <w:rsid w:val="00D33CA9"/>
    <w:rsid w:val="00E05FEF"/>
    <w:rsid w:val="00EA7F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51772"/>
  <w14:defaultImageDpi w14:val="300"/>
  <w15:docId w15:val="{88C54827-BBC8-4AC0-8BCC-8F10F3C0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76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6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9DF5A0-AAFF-4044-A18E-F555E416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Tugce ACAR</cp:lastModifiedBy>
  <cp:revision>2</cp:revision>
  <cp:lastPrinted>2026-04-06T12:34:00Z</cp:lastPrinted>
  <dcterms:created xsi:type="dcterms:W3CDTF">2026-09-25T13:11:00Z</dcterms:created>
  <dcterms:modified xsi:type="dcterms:W3CDTF">2026-09-25T13:11:00Z</dcterms:modified>
  <cp:category/>
</cp:coreProperties>
</file>